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764D8"/>
          <w:sz w:val="52"/>
        </w:rPr>
        <w:t>Enterprise Revenue Firewall Demo</w:t>
      </w:r>
    </w:p>
    <w:p>
      <w:pPr>
        <w:jc w:val="center"/>
      </w:pPr>
      <w:r>
        <w:rPr>
          <w:i/>
        </w:rPr>
        <w:t>Application Mailer Demonstration Summary</w:t>
      </w:r>
    </w:p>
    <w:p>
      <w:r>
        <w:drawing>
          <wp:inline xmlns:a="http://schemas.openxmlformats.org/drawingml/2006/main" xmlns:pic="http://schemas.openxmlformats.org/drawingml/2006/picture">
            <wp:extent cx="6309360" cy="42062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256ec11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206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30"/>
        </w:rPr>
        <w:t>Overview</w:t>
      </w:r>
    </w:p>
    <w:p>
      <w:r>
        <w:t>This demonstration shows a deterministic-first compliance firewall that reviews billing or claims narratives before downstream processing.</w:t>
      </w:r>
    </w:p>
    <w:p>
      <w:r>
        <w:rPr>
          <w:b/>
          <w:sz w:val="30"/>
        </w:rPr>
        <w:t>Demo Flow</w:t>
      </w:r>
    </w:p>
    <w:p>
      <w:r>
        <w:t>Users load a sample payload, execute deterministic rules, escalate only flagged narratives to multi-agent consensus review, apply referee logic, calculate financial impact, and produce a compliant JSON payload.</w:t>
      </w:r>
    </w:p>
    <w:p>
      <w:r>
        <w:rPr>
          <w:b/>
          <w:sz w:val="30"/>
        </w:rPr>
        <w:t>What the Demo Proves</w:t>
      </w:r>
    </w:p>
    <w:p>
      <w:r>
        <w:t>Deterministic controls catch prohibited activities immediately, AI review is reserved for semantic ambiguity, consensus results remain auditable, and every transaction produces a structured output receipt.</w:t>
      </w:r>
    </w:p>
    <w:p>
      <w:r>
        <w:rPr>
          <w:b/>
          <w:sz w:val="30"/>
        </w:rPr>
        <w:t>Key Business Value</w:t>
      </w:r>
    </w:p>
    <w:p>
      <w:r>
        <w:t>Revenue protection, compliance enforcement, audit traceability, controlled AI usage, and repeatable operational workflows.</w:t>
      </w:r>
    </w:p>
    <w:p>
      <w:r>
        <w:rPr>
          <w:b/>
          <w:sz w:val="30"/>
        </w:rPr>
        <w:t>Core Components</w:t>
      </w:r>
    </w:p>
    <w:p>
      <w:r>
        <w:t>Payload ingestion, deterministic compliance engine, AI consensus service, referee node, financial calculations, audit database record, and compliant JSON output.</w:t>
      </w:r>
    </w:p>
    <w:p>
      <w:r>
        <w:rPr>
          <w:b/>
          <w:sz w:val="30"/>
        </w:rPr>
        <w:t>Illustrative Outcome</w:t>
      </w:r>
    </w:p>
    <w:p>
      <w:r>
        <w:t>The legal sample demonstrates administrative overhead removal, narrative reconstruction, consensus voting, and measurable financial adjustment before database commit.</w:t>
      </w:r>
    </w:p>
    <w:p>
      <w:r>
        <w:br w:type="page"/>
      </w:r>
    </w:p>
    <w:p>
      <w:r>
        <w:rPr>
          <w:b/>
          <w:sz w:val="36"/>
        </w:rPr>
        <w:t>Demo Walkthrough</w:t>
      </w:r>
    </w:p>
    <w:p>
      <w:pPr>
        <w:pStyle w:val="ListBullet"/>
      </w:pPr>
      <w:r>
        <w:t>Load sample transaction</w:t>
      </w:r>
    </w:p>
    <w:p>
      <w:pPr>
        <w:pStyle w:val="ListBullet"/>
      </w:pPr>
      <w:r>
        <w:t>Enter rate and hours</w:t>
      </w:r>
    </w:p>
    <w:p>
      <w:pPr>
        <w:pStyle w:val="ListBullet"/>
      </w:pPr>
      <w:r>
        <w:t>Execute compliance run</w:t>
      </w:r>
    </w:p>
    <w:p>
      <w:pPr>
        <w:pStyle w:val="ListBullet"/>
      </w:pPr>
      <w:r>
        <w:t>Apply deterministic rules</w:t>
      </w:r>
    </w:p>
    <w:p>
      <w:pPr>
        <w:pStyle w:val="ListBullet"/>
      </w:pPr>
      <w:r>
        <w:t>Escalate semantic issues to consensus agents</w:t>
      </w:r>
    </w:p>
    <w:p>
      <w:pPr>
        <w:pStyle w:val="ListBullet"/>
      </w:pPr>
      <w:r>
        <w:t>Aggregate votes through referee logic</w:t>
      </w:r>
    </w:p>
    <w:p>
      <w:pPr>
        <w:pStyle w:val="ListBullet"/>
      </w:pPr>
      <w:r>
        <w:t>Calculate final audited value</w:t>
      </w:r>
    </w:p>
    <w:p>
      <w:pPr>
        <w:pStyle w:val="ListBullet"/>
      </w:pPr>
      <w:r>
        <w:t>Generate compliant JSON payload</w:t>
      </w:r>
    </w:p>
    <w:p>
      <w:pPr>
        <w:pStyle w:val="ListBullet"/>
      </w:pPr>
      <w:r>
        <w:t>Persist approved transaction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Jamie Schallert</dc:creator>
  <keywords/>
  <dc:description>generated by python-docx</dc:description>
  <lastModifiedBy>Jamie Schallert</lastModifiedBy>
  <revision>1</revision>
  <dcterms:created xsi:type="dcterms:W3CDTF">2026-09-13T16:26:28.9490195Z</dcterms:created>
  <dcterms:modified xsi:type="dcterms:W3CDTF">2026-09-13T16:26:28.9490195Z</dcterms:modified>
  <category/>
</coreProperties>
</file>